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737999" cy="737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staibu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999" cy="737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sz w:val="23"/>
        </w:rPr>
        <w:t>SEKOLAH TINGGI AGAMA ISLAM BUSTANUL ULUM</w:t>
      </w:r>
      <w:r>
        <w:rPr>
          <w:b/>
          <w:sz w:val="19"/>
        </w:rPr>
        <w:br/>
        <w:t>PORTAL REKRUTMEN DOSEN TETAP DENGAN PERJANJIAN KERJA</w:t>
      </w:r>
    </w:p>
    <w:p>
      <w:pPr>
        <w:spacing w:after="80"/>
        <w:jc w:val="center"/>
      </w:pPr>
      <w:r>
        <w:rPr>
          <w:sz w:val="17"/>
        </w:rPr>
        <w:t>Krai, Yosowilangun, Kabupaten Lumajang, Jawa Timur</w:t>
      </w:r>
    </w:p>
    <w:p>
      <w:pPr>
        <w:spacing w:after="80"/>
        <w:pBdr>
          <w:bottom w:val="single" w:sz="10" w:space="1" w:color="0D7F3F"/>
        </w:pBdr>
      </w:pPr>
    </w:p>
    <w:p>
      <w:pPr>
        <w:spacing w:after="140"/>
        <w:jc w:val="center"/>
      </w:pPr>
      <w:r>
        <w:rPr>
          <w:b/>
          <w:sz w:val="22"/>
          <w:u w:val="single"/>
        </w:rPr>
        <w:t>SURAT PERNYATAAN KESEDIAAN MENJADI DOSEN TETAP</w:t>
        <w:br/>
        <w:t>DENGAN PERJANJIAN KERJA</w:t>
      </w:r>
    </w:p>
    <w:p>
      <w:pPr>
        <w:spacing w:after="40"/>
      </w:pPr>
      <w:r>
        <w:t>Saya yang bertanda tangan di bawah ini: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2381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Nama lengkap</w:t>
            </w:r>
          </w:p>
        </w:tc>
        <w:tc>
          <w:tcPr>
            <w:tcW w:type="dxa" w:w="255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:</w:t>
            </w:r>
          </w:p>
        </w:tc>
        <w:tc>
          <w:tcPr>
            <w:tcW w:type="dxa" w:w="6123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...............................................................</w:t>
            </w:r>
          </w:p>
        </w:tc>
      </w:tr>
      <w:tr>
        <w:tc>
          <w:tcPr>
            <w:tcW w:type="dxa" w:w="2381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NIK</w:t>
            </w:r>
          </w:p>
        </w:tc>
        <w:tc>
          <w:tcPr>
            <w:tcW w:type="dxa" w:w="255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:</w:t>
            </w:r>
          </w:p>
        </w:tc>
        <w:tc>
          <w:tcPr>
            <w:tcW w:type="dxa" w:w="6123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...............................................................</w:t>
            </w:r>
          </w:p>
        </w:tc>
      </w:tr>
      <w:tr>
        <w:tc>
          <w:tcPr>
            <w:tcW w:type="dxa" w:w="2381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Tempat, tanggal lahir</w:t>
            </w:r>
          </w:p>
        </w:tc>
        <w:tc>
          <w:tcPr>
            <w:tcW w:type="dxa" w:w="255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:</w:t>
            </w:r>
          </w:p>
        </w:tc>
        <w:tc>
          <w:tcPr>
            <w:tcW w:type="dxa" w:w="6123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...............................................................</w:t>
            </w:r>
          </w:p>
        </w:tc>
      </w:tr>
      <w:tr>
        <w:tc>
          <w:tcPr>
            <w:tcW w:type="dxa" w:w="2381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Alamat</w:t>
            </w:r>
          </w:p>
        </w:tc>
        <w:tc>
          <w:tcPr>
            <w:tcW w:type="dxa" w:w="255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:</w:t>
            </w:r>
          </w:p>
        </w:tc>
        <w:tc>
          <w:tcPr>
            <w:tcW w:type="dxa" w:w="6123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...............................................................</w:t>
            </w:r>
          </w:p>
        </w:tc>
      </w:tr>
      <w:tr>
        <w:tc>
          <w:tcPr>
            <w:tcW w:type="dxa" w:w="2381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Pendidikan terakhir</w:t>
            </w:r>
          </w:p>
        </w:tc>
        <w:tc>
          <w:tcPr>
            <w:tcW w:type="dxa" w:w="255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:</w:t>
            </w:r>
          </w:p>
        </w:tc>
        <w:tc>
          <w:tcPr>
            <w:tcW w:type="dxa" w:w="6123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...............................................................</w:t>
            </w:r>
          </w:p>
        </w:tc>
      </w:tr>
      <w:tr>
        <w:tc>
          <w:tcPr>
            <w:tcW w:type="dxa" w:w="2381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Posisi yang dilamar</w:t>
            </w:r>
          </w:p>
        </w:tc>
        <w:tc>
          <w:tcPr>
            <w:tcW w:type="dxa" w:w="255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:</w:t>
            </w:r>
          </w:p>
        </w:tc>
        <w:tc>
          <w:tcPr>
            <w:tcW w:type="dxa" w:w="6123"/>
            <w:tcMar>
              <w:top w:w="15" w:type="dxa"/>
              <w:start w:w="25" w:type="dxa"/>
              <w:bottom w:w="15" w:type="dxa"/>
              <w:end w:w="25" w:type="dxa"/>
            </w:tcMar>
          </w:tcPr>
          <w:p>
            <w:pPr>
              <w:spacing w:after="0" w:line="240" w:lineRule="auto"/>
            </w:pPr>
            <w:r>
              <w:rPr>
                <w:sz w:val="19"/>
              </w:rPr>
              <w:t>Dosen ........................................................</w:t>
            </w:r>
          </w:p>
        </w:tc>
      </w:tr>
    </w:tbl>
    <w:p>
      <w:pPr>
        <w:spacing w:after="40"/>
      </w:pPr>
      <w:r>
        <w:t>Dengan ini menyatakan bahwa apabila saya dinyatakan lulus seleksi dan diterima, saya:</w:t>
      </w:r>
    </w:p>
    <w:p>
      <w:pPr>
        <w:pStyle w:val="ListNumber"/>
        <w:spacing w:after="20" w:line="240" w:lineRule="auto"/>
      </w:pPr>
      <w:r>
        <w:t>Bersedia diangkat sebagai dosen tetap dengan perjanjian kerja pada STAI Bustanul Ulum.</w:t>
      </w:r>
    </w:p>
    <w:p>
      <w:pPr>
        <w:pStyle w:val="ListNumber"/>
        <w:spacing w:after="20" w:line="240" w:lineRule="auto"/>
      </w:pPr>
      <w:r>
        <w:t>Bersedia melaksanakan tridarma perguruan tinggi, pengembangan program studi, penjaminan mutu, serta tugas akademik dan kelembagaan.</w:t>
      </w:r>
    </w:p>
    <w:p>
      <w:pPr>
        <w:pStyle w:val="ListNumber"/>
        <w:spacing w:after="20" w:line="240" w:lineRule="auto"/>
      </w:pPr>
      <w:r>
        <w:t>Bersedia memenuhi beban kerja dan ketentuan kehadiran sesuai peraturan lembaga dan perjanjian kerja.</w:t>
      </w:r>
    </w:p>
    <w:p>
      <w:pPr>
        <w:pStyle w:val="ListNumber"/>
        <w:spacing w:after="20" w:line="240" w:lineRule="auto"/>
      </w:pPr>
      <w:r>
        <w:t>Bersedia menjaga nama baik, integritas, etika akademik, dan nilai-nilai keislaman lembaga.</w:t>
      </w:r>
    </w:p>
    <w:p>
      <w:pPr>
        <w:pStyle w:val="ListNumber"/>
        <w:spacing w:after="20" w:line="240" w:lineRule="auto"/>
      </w:pPr>
      <w:r>
        <w:t>Bersedia menerima evaluasi kinerja secara berkala sesuai ketentuan yang berlaku.</w:t>
      </w:r>
    </w:p>
    <w:p>
      <w:pPr>
        <w:spacing w:after="60"/>
        <w:jc w:val="both"/>
      </w:pPr>
      <w:r>
        <w:t>Surat pernyataan ini dibuat dengan sadar, tanpa paksaan, dan dapat dipertanggungjawabkan.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t>Lumajang, ................................ 20....</w:t>
              <w:br/>
              <w:t>Pelamar,</w:t>
              <w:br/>
              <w:br/>
              <w:t>Materai Rp10.000</w:t>
              <w:br/>
              <w:br/>
              <w:t>(..................................................)</w:t>
            </w:r>
          </w:p>
        </w:tc>
      </w:tr>
    </w:tbl>
    <w:sectPr w:rsidR="00FC693F" w:rsidRPr="0006063C" w:rsidSect="00034616">
      <w:pgSz w:w="12240" w:h="15840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